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04F9F" w14:textId="35CFE742" w:rsidR="007E02D9" w:rsidRPr="007830D1" w:rsidRDefault="00F06D2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36"/>
          <w:szCs w:val="24"/>
        </w:rPr>
        <w:t>Denominazione sodalizi</w:t>
      </w:r>
      <w:r w:rsidR="00F90CCD">
        <w:rPr>
          <w:rFonts w:ascii="Times New Roman" w:hAnsi="Times New Roman" w:cs="Times New Roman"/>
          <w:b/>
          <w:i/>
          <w:sz w:val="36"/>
          <w:szCs w:val="24"/>
        </w:rPr>
        <w:t>o</w:t>
      </w:r>
    </w:p>
    <w:p w14:paraId="2A2B7B80" w14:textId="59D56224" w:rsidR="007E02D9" w:rsidRPr="007830D1" w:rsidRDefault="00616BE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Cs w:val="24"/>
        </w:rPr>
        <w:t>(Richiesta da presentare su carta intestata)</w:t>
      </w:r>
    </w:p>
    <w:p w14:paraId="612DB756" w14:textId="581BE133" w:rsidR="007E02D9" w:rsidRDefault="007E02D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22C0B29" w14:textId="77777777" w:rsidR="002E0B69" w:rsidRDefault="002E0B6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C46B735" w14:textId="77777777" w:rsidR="002E0B69" w:rsidRPr="007830D1" w:rsidRDefault="002E0B6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1DF5647" w14:textId="3E140B00" w:rsidR="007E02D9" w:rsidRPr="007830D1" w:rsidRDefault="00616BE5">
      <w:pPr>
        <w:spacing w:before="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Luogo e data</w:t>
      </w:r>
      <w:r w:rsidR="001F05FA">
        <w:rPr>
          <w:rFonts w:ascii="Times New Roman" w:hAnsi="Times New Roman" w:cs="Times New Roman"/>
          <w:sz w:val="28"/>
          <w:szCs w:val="28"/>
        </w:rPr>
        <w:t>___________________</w:t>
      </w:r>
    </w:p>
    <w:p w14:paraId="5FFDBB2E" w14:textId="77777777" w:rsidR="007E02D9" w:rsidRPr="007830D1" w:rsidRDefault="00000000">
      <w:pPr>
        <w:spacing w:before="440"/>
        <w:rPr>
          <w:rFonts w:ascii="Times New Roman" w:hAnsi="Times New Roman" w:cs="Times New Roman"/>
          <w:sz w:val="28"/>
          <w:szCs w:val="28"/>
        </w:rPr>
      </w:pPr>
      <w:r w:rsidRPr="007830D1">
        <w:rPr>
          <w:rFonts w:ascii="Times New Roman" w:hAnsi="Times New Roman" w:cs="Times New Roman"/>
          <w:sz w:val="28"/>
          <w:szCs w:val="28"/>
        </w:rPr>
        <w:t>OGGETTO: Richiesta di rinnovo tessere di giudice sportivo</w:t>
      </w:r>
    </w:p>
    <w:p w14:paraId="19CAFDBA" w14:textId="322BB75A" w:rsidR="007E02D9" w:rsidRPr="007830D1" w:rsidRDefault="00000000" w:rsidP="00616BE5">
      <w:pPr>
        <w:spacing w:before="480"/>
        <w:rPr>
          <w:rFonts w:ascii="Times New Roman" w:hAnsi="Times New Roman" w:cs="Times New Roman"/>
          <w:sz w:val="28"/>
          <w:szCs w:val="28"/>
        </w:rPr>
      </w:pPr>
      <w:r w:rsidRPr="007830D1">
        <w:rPr>
          <w:rFonts w:ascii="Times New Roman" w:hAnsi="Times New Roman" w:cs="Times New Roman"/>
          <w:sz w:val="28"/>
          <w:szCs w:val="28"/>
        </w:rPr>
        <w:t xml:space="preserve">Spett.le Aero Club d’Italia, sono con la presente a richiedere il rinnovo delle seguenti tessere di </w:t>
      </w:r>
      <w:r w:rsidR="00616BE5">
        <w:rPr>
          <w:rFonts w:ascii="Times New Roman" w:hAnsi="Times New Roman" w:cs="Times New Roman"/>
          <w:sz w:val="28"/>
          <w:szCs w:val="28"/>
        </w:rPr>
        <w:t xml:space="preserve">Giudice </w:t>
      </w:r>
      <w:r w:rsidRPr="007830D1">
        <w:rPr>
          <w:rFonts w:ascii="Times New Roman" w:hAnsi="Times New Roman" w:cs="Times New Roman"/>
          <w:sz w:val="28"/>
          <w:szCs w:val="28"/>
        </w:rPr>
        <w:t xml:space="preserve">sportivo per l’anno </w:t>
      </w:r>
      <w:r w:rsidR="00616BE5">
        <w:rPr>
          <w:rFonts w:ascii="Times New Roman" w:hAnsi="Times New Roman" w:cs="Times New Roman"/>
          <w:sz w:val="28"/>
          <w:szCs w:val="28"/>
        </w:rPr>
        <w:t>_____ – (</w:t>
      </w:r>
      <w:r w:rsidR="00616BE5" w:rsidRPr="00616BE5">
        <w:rPr>
          <w:rFonts w:ascii="Times New Roman" w:hAnsi="Times New Roman" w:cs="Times New Roman"/>
          <w:i/>
          <w:szCs w:val="24"/>
        </w:rPr>
        <w:t>indicare la disciplina sportiv</w:t>
      </w:r>
      <w:r w:rsidR="00616BE5">
        <w:rPr>
          <w:rFonts w:ascii="Times New Roman" w:hAnsi="Times New Roman" w:cs="Times New Roman"/>
          <w:i/>
          <w:szCs w:val="24"/>
        </w:rPr>
        <w:t>a</w:t>
      </w:r>
      <w:r w:rsidR="00616BE5" w:rsidRPr="00616BE5">
        <w:rPr>
          <w:rFonts w:ascii="Times New Roman" w:hAnsi="Times New Roman" w:cs="Times New Roman"/>
          <w:i/>
          <w:szCs w:val="24"/>
        </w:rPr>
        <w:t xml:space="preserve"> aeronautica</w:t>
      </w:r>
      <w:r w:rsidR="00616BE5">
        <w:rPr>
          <w:rFonts w:ascii="Times New Roman" w:hAnsi="Times New Roman" w:cs="Times New Roman"/>
          <w:i/>
          <w:szCs w:val="24"/>
        </w:rPr>
        <w:t>)</w:t>
      </w:r>
      <w:r w:rsidR="00616BE5" w:rsidRPr="00616BE5">
        <w:rPr>
          <w:rFonts w:ascii="Times New Roman" w:hAnsi="Times New Roman" w:cs="Times New Roman"/>
          <w:sz w:val="28"/>
          <w:szCs w:val="28"/>
        </w:rPr>
        <w:t>:</w:t>
      </w:r>
    </w:p>
    <w:p w14:paraId="1B74948D" w14:textId="7BE9585F" w:rsidR="007E02D9" w:rsidRDefault="007E02D9">
      <w:pPr>
        <w:ind w:left="680"/>
        <w:rPr>
          <w:rFonts w:ascii="Times New Roman" w:hAnsi="Times New Roman" w:cs="Times New Roman"/>
          <w:sz w:val="28"/>
          <w:szCs w:val="28"/>
        </w:rPr>
      </w:pPr>
    </w:p>
    <w:p w14:paraId="341B0525" w14:textId="614662AC" w:rsidR="00616BE5" w:rsidRPr="00616BE5" w:rsidRDefault="003D5155" w:rsidP="00616BE5">
      <w:pPr>
        <w:pStyle w:val="Paragrafoelenco"/>
        <w:numPr>
          <w:ilvl w:val="0"/>
          <w:numId w:val="10"/>
        </w:numPr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e</w:t>
      </w:r>
      <w:r w:rsidR="00616BE5" w:rsidRPr="00616BE5">
        <w:rPr>
          <w:rFonts w:ascii="Times New Roman" w:hAnsi="Times New Roman" w:cs="Times New Roman"/>
          <w:i/>
          <w:szCs w:val="24"/>
        </w:rPr>
        <w:t>lencare con denominazione complet</w:t>
      </w:r>
      <w:r w:rsidR="00616BE5">
        <w:rPr>
          <w:rFonts w:ascii="Times New Roman" w:hAnsi="Times New Roman" w:cs="Times New Roman"/>
          <w:i/>
          <w:szCs w:val="24"/>
        </w:rPr>
        <w:t>ai i</w:t>
      </w:r>
      <w:r w:rsidR="00616BE5" w:rsidRPr="00616BE5">
        <w:rPr>
          <w:rFonts w:ascii="Times New Roman" w:hAnsi="Times New Roman" w:cs="Times New Roman"/>
          <w:i/>
          <w:szCs w:val="24"/>
        </w:rPr>
        <w:t xml:space="preserve"> giudici sportiv</w:t>
      </w:r>
      <w:r w:rsidR="00616BE5">
        <w:rPr>
          <w:rFonts w:ascii="Times New Roman" w:hAnsi="Times New Roman" w:cs="Times New Roman"/>
          <w:i/>
          <w:szCs w:val="24"/>
        </w:rPr>
        <w:t>i</w:t>
      </w:r>
      <w:r w:rsidR="00616BE5" w:rsidRPr="00616BE5">
        <w:rPr>
          <w:rFonts w:ascii="Times New Roman" w:hAnsi="Times New Roman" w:cs="Times New Roman"/>
          <w:i/>
          <w:szCs w:val="24"/>
        </w:rPr>
        <w:t xml:space="preserve"> interessati</w:t>
      </w:r>
    </w:p>
    <w:p w14:paraId="4CC0084E" w14:textId="77777777" w:rsidR="00315AA7" w:rsidRDefault="00315AA7">
      <w:pPr>
        <w:spacing w:before="440"/>
        <w:ind w:left="680"/>
        <w:rPr>
          <w:rFonts w:ascii="Times New Roman" w:hAnsi="Times New Roman" w:cs="Times New Roman"/>
          <w:sz w:val="28"/>
          <w:szCs w:val="28"/>
        </w:rPr>
      </w:pPr>
    </w:p>
    <w:p w14:paraId="17FFBBD5" w14:textId="77777777" w:rsidR="00315AA7" w:rsidRDefault="00315AA7">
      <w:pPr>
        <w:spacing w:before="440"/>
        <w:ind w:left="680"/>
        <w:rPr>
          <w:rFonts w:ascii="Times New Roman" w:hAnsi="Times New Roman" w:cs="Times New Roman"/>
          <w:sz w:val="28"/>
          <w:szCs w:val="28"/>
        </w:rPr>
      </w:pPr>
    </w:p>
    <w:p w14:paraId="64BB7A23" w14:textId="7E0B711F" w:rsidR="007E02D9" w:rsidRDefault="00000000">
      <w:pPr>
        <w:spacing w:before="440"/>
        <w:ind w:left="680"/>
        <w:rPr>
          <w:rFonts w:ascii="Times New Roman" w:hAnsi="Times New Roman" w:cs="Times New Roman"/>
          <w:sz w:val="28"/>
          <w:szCs w:val="28"/>
        </w:rPr>
      </w:pPr>
      <w:r w:rsidRPr="007830D1">
        <w:rPr>
          <w:rFonts w:ascii="Times New Roman" w:hAnsi="Times New Roman" w:cs="Times New Roman"/>
          <w:sz w:val="28"/>
          <w:szCs w:val="28"/>
        </w:rPr>
        <w:t>Distinti saluti</w:t>
      </w:r>
    </w:p>
    <w:p w14:paraId="673BE301" w14:textId="77777777" w:rsidR="00F90CCD" w:rsidRPr="007830D1" w:rsidRDefault="00F90CCD">
      <w:pPr>
        <w:spacing w:before="440"/>
        <w:ind w:left="680"/>
        <w:rPr>
          <w:rFonts w:ascii="Times New Roman" w:hAnsi="Times New Roman" w:cs="Times New Roman"/>
          <w:sz w:val="28"/>
          <w:szCs w:val="28"/>
        </w:rPr>
      </w:pPr>
    </w:p>
    <w:p w14:paraId="07498229" w14:textId="1C9BF625" w:rsidR="007E02D9" w:rsidRPr="007830D1" w:rsidRDefault="00810AF3">
      <w:pPr>
        <w:ind w:left="6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Firma del Presidente</w:t>
      </w:r>
    </w:p>
    <w:p w14:paraId="2A131286" w14:textId="77777777" w:rsidR="007E02D9" w:rsidRPr="007830D1" w:rsidRDefault="00000000">
      <w:pPr>
        <w:ind w:left="680"/>
        <w:rPr>
          <w:sz w:val="24"/>
          <w:szCs w:val="24"/>
        </w:rPr>
      </w:pPr>
      <w:r w:rsidRPr="007830D1">
        <w:rPr>
          <w:sz w:val="24"/>
          <w:szCs w:val="24"/>
        </w:rPr>
        <w:t>____________________________</w:t>
      </w:r>
    </w:p>
    <w:sectPr w:rsidR="007E02D9" w:rsidRPr="007830D1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10" w:right="1247" w:bottom="397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9A3D2A" w14:textId="77777777" w:rsidR="00052911" w:rsidRDefault="00052911" w:rsidP="007830D1">
      <w:pPr>
        <w:spacing w:line="240" w:lineRule="auto"/>
      </w:pPr>
      <w:r>
        <w:separator/>
      </w:r>
    </w:p>
  </w:endnote>
  <w:endnote w:type="continuationSeparator" w:id="0">
    <w:p w14:paraId="40CE7BF7" w14:textId="77777777" w:rsidR="00052911" w:rsidRDefault="00052911" w:rsidP="007830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E0A28" w14:textId="77777777" w:rsidR="00D66A11" w:rsidRDefault="00D66A1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839D8" w14:textId="77777777" w:rsidR="00D66A11" w:rsidRDefault="00D66A1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4A54D" w14:textId="77777777" w:rsidR="00D66A11" w:rsidRDefault="00D66A1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615DD4" w14:textId="77777777" w:rsidR="00052911" w:rsidRDefault="00052911" w:rsidP="007830D1">
      <w:pPr>
        <w:spacing w:line="240" w:lineRule="auto"/>
      </w:pPr>
      <w:r>
        <w:separator/>
      </w:r>
    </w:p>
  </w:footnote>
  <w:footnote w:type="continuationSeparator" w:id="0">
    <w:p w14:paraId="463176E5" w14:textId="77777777" w:rsidR="00052911" w:rsidRDefault="00052911" w:rsidP="007830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F5140" w14:textId="77777777" w:rsidR="00D66A11" w:rsidRDefault="00D66A1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1"/>
      <w:tblW w:w="9776" w:type="dxa"/>
      <w:tblLook w:val="04A0" w:firstRow="1" w:lastRow="0" w:firstColumn="1" w:lastColumn="0" w:noHBand="0" w:noVBand="1"/>
    </w:tblPr>
    <w:tblGrid>
      <w:gridCol w:w="2351"/>
      <w:gridCol w:w="2333"/>
      <w:gridCol w:w="1548"/>
      <w:gridCol w:w="3544"/>
    </w:tblGrid>
    <w:tr w:rsidR="007830D1" w:rsidRPr="007830D1" w14:paraId="7857C92F" w14:textId="77777777" w:rsidTr="00463129">
      <w:trPr>
        <w:trHeight w:val="553"/>
      </w:trPr>
      <w:tc>
        <w:tcPr>
          <w:tcW w:w="2351" w:type="dxa"/>
          <w:vAlign w:val="center"/>
        </w:tcPr>
        <w:p w14:paraId="088DF014" w14:textId="77777777" w:rsidR="007830D1" w:rsidRPr="007830D1" w:rsidRDefault="007830D1" w:rsidP="007830D1">
          <w:pPr>
            <w:tabs>
              <w:tab w:val="center" w:pos="4819"/>
              <w:tab w:val="right" w:pos="9638"/>
            </w:tabs>
            <w:spacing w:after="60"/>
            <w:rPr>
              <w:rFonts w:ascii="Calibri" w:eastAsia="Calibri" w:hAnsi="Calibri"/>
              <w:b/>
              <w:bCs/>
            </w:rPr>
          </w:pPr>
          <w:r w:rsidRPr="007830D1">
            <w:rPr>
              <w:rFonts w:ascii="Calibri" w:eastAsia="Calibri" w:hAnsi="Calibri"/>
              <w:sz w:val="16"/>
              <w:szCs w:val="16"/>
            </w:rPr>
            <w:t>Modello:</w:t>
          </w:r>
          <w:r w:rsidRPr="007830D1">
            <w:rPr>
              <w:rFonts w:ascii="Calibri" w:eastAsia="Calibri" w:hAnsi="Calibri"/>
            </w:rPr>
            <w:t xml:space="preserve"> </w:t>
          </w:r>
        </w:p>
        <w:p w14:paraId="483FF2C7" w14:textId="54EDEB19" w:rsidR="007830D1" w:rsidRPr="007830D1" w:rsidRDefault="007830D1" w:rsidP="007830D1">
          <w:pPr>
            <w:tabs>
              <w:tab w:val="center" w:pos="4819"/>
              <w:tab w:val="right" w:pos="9638"/>
            </w:tabs>
            <w:rPr>
              <w:rFonts w:ascii="Calibri" w:eastAsia="Calibri" w:hAnsi="Calibri"/>
            </w:rPr>
          </w:pPr>
          <w:r w:rsidRPr="007830D1">
            <w:rPr>
              <w:rFonts w:ascii="Calibri" w:eastAsia="Calibri" w:hAnsi="Calibri"/>
              <w:b/>
              <w:bCs/>
            </w:rPr>
            <w:t>Mod. Ae.C.I./</w:t>
          </w:r>
          <w:r w:rsidR="00616BE5">
            <w:rPr>
              <w:rFonts w:ascii="Calibri" w:eastAsia="Calibri" w:hAnsi="Calibri"/>
              <w:b/>
              <w:bCs/>
            </w:rPr>
            <w:t>SP</w:t>
          </w:r>
          <w:r w:rsidRPr="007830D1">
            <w:rPr>
              <w:rFonts w:ascii="Calibri" w:eastAsia="Calibri" w:hAnsi="Calibri"/>
              <w:b/>
              <w:bCs/>
            </w:rPr>
            <w:t>/</w:t>
          </w:r>
        </w:p>
      </w:tc>
      <w:tc>
        <w:tcPr>
          <w:tcW w:w="2333" w:type="dxa"/>
        </w:tcPr>
        <w:p w14:paraId="58518905" w14:textId="77777777" w:rsidR="007830D1" w:rsidRPr="007830D1" w:rsidRDefault="007830D1" w:rsidP="007830D1">
          <w:pPr>
            <w:tabs>
              <w:tab w:val="center" w:pos="4819"/>
              <w:tab w:val="right" w:pos="9638"/>
            </w:tabs>
            <w:jc w:val="center"/>
            <w:rPr>
              <w:rFonts w:ascii="Calibri" w:eastAsia="Calibri" w:hAnsi="Calibri"/>
            </w:rPr>
          </w:pPr>
          <w:r w:rsidRPr="007830D1">
            <w:rPr>
              <w:rFonts w:ascii="Calibri" w:eastAsia="Calibri" w:hAnsi="Calibri"/>
            </w:rPr>
            <w:t>Rev. 1/2026</w:t>
          </w:r>
        </w:p>
        <w:p w14:paraId="4B025EA8" w14:textId="77777777" w:rsidR="007830D1" w:rsidRPr="007830D1" w:rsidRDefault="007830D1" w:rsidP="007830D1">
          <w:pPr>
            <w:tabs>
              <w:tab w:val="center" w:pos="4819"/>
              <w:tab w:val="right" w:pos="9638"/>
            </w:tabs>
            <w:jc w:val="center"/>
            <w:rPr>
              <w:rFonts w:ascii="Calibri" w:eastAsia="Calibri" w:hAnsi="Calibri"/>
            </w:rPr>
          </w:pPr>
          <w:r w:rsidRPr="007830D1">
            <w:rPr>
              <w:rFonts w:ascii="Calibri" w:eastAsia="Calibri" w:hAnsi="Calibri"/>
            </w:rPr>
            <w:t>__/07/2026</w:t>
          </w:r>
        </w:p>
      </w:tc>
      <w:tc>
        <w:tcPr>
          <w:tcW w:w="1548" w:type="dxa"/>
          <w:vAlign w:val="center"/>
        </w:tcPr>
        <w:p w14:paraId="34F624B4" w14:textId="101CB588" w:rsidR="007830D1" w:rsidRPr="007830D1" w:rsidRDefault="007830D1" w:rsidP="007830D1">
          <w:pPr>
            <w:tabs>
              <w:tab w:val="center" w:pos="4819"/>
              <w:tab w:val="right" w:pos="9638"/>
            </w:tabs>
            <w:jc w:val="center"/>
            <w:rPr>
              <w:rFonts w:ascii="Calibri" w:eastAsia="Calibri" w:hAnsi="Calibri"/>
            </w:rPr>
          </w:pPr>
          <w:r w:rsidRPr="007830D1">
            <w:rPr>
              <w:rFonts w:ascii="Calibri" w:eastAsia="Calibri" w:hAnsi="Calibri"/>
            </w:rPr>
            <w:t xml:space="preserve">Pagina </w:t>
          </w:r>
          <w:r w:rsidRPr="007830D1">
            <w:rPr>
              <w:rFonts w:ascii="Calibri" w:eastAsia="Calibri" w:hAnsi="Calibri"/>
            </w:rPr>
            <w:fldChar w:fldCharType="begin"/>
          </w:r>
          <w:r w:rsidRPr="007830D1">
            <w:rPr>
              <w:rFonts w:ascii="Calibri" w:eastAsia="Calibri" w:hAnsi="Calibri"/>
            </w:rPr>
            <w:instrText>PAGE   \* MERGEFORMAT</w:instrText>
          </w:r>
          <w:r w:rsidRPr="007830D1">
            <w:rPr>
              <w:rFonts w:ascii="Calibri" w:eastAsia="Calibri" w:hAnsi="Calibri"/>
            </w:rPr>
            <w:fldChar w:fldCharType="separate"/>
          </w:r>
          <w:r w:rsidRPr="007830D1">
            <w:rPr>
              <w:rFonts w:ascii="Calibri" w:eastAsia="Calibri" w:hAnsi="Calibri"/>
            </w:rPr>
            <w:t>1</w:t>
          </w:r>
          <w:r w:rsidRPr="007830D1">
            <w:rPr>
              <w:rFonts w:ascii="Calibri" w:eastAsia="Calibri" w:hAnsi="Calibri"/>
            </w:rPr>
            <w:fldChar w:fldCharType="end"/>
          </w:r>
          <w:r w:rsidRPr="007830D1">
            <w:rPr>
              <w:rFonts w:ascii="Calibri" w:eastAsia="Calibri" w:hAnsi="Calibri"/>
            </w:rPr>
            <w:t xml:space="preserve">   di   </w:t>
          </w:r>
          <w:r w:rsidR="00616BE5">
            <w:rPr>
              <w:rFonts w:ascii="Calibri" w:eastAsia="Calibri" w:hAnsi="Calibri"/>
            </w:rPr>
            <w:t>1</w:t>
          </w:r>
        </w:p>
      </w:tc>
      <w:tc>
        <w:tcPr>
          <w:tcW w:w="3544" w:type="dxa"/>
          <w:vMerge w:val="restart"/>
          <w:vAlign w:val="center"/>
        </w:tcPr>
        <w:p w14:paraId="61EAE6C7" w14:textId="77777777" w:rsidR="007830D1" w:rsidRPr="007830D1" w:rsidRDefault="007830D1" w:rsidP="007830D1">
          <w:pPr>
            <w:rPr>
              <w:rFonts w:ascii="Calibri" w:eastAsia="Calibri" w:hAnsi="Calibri" w:cs="Calibri"/>
              <w:b/>
              <w:bCs/>
              <w:i/>
              <w:iCs/>
            </w:rPr>
          </w:pPr>
          <w:r w:rsidRPr="007830D1">
            <w:rPr>
              <w:rFonts w:ascii="Calibri" w:eastAsia="Calibri" w:hAnsi="Calibri" w:cs="Calibri"/>
              <w:b/>
              <w:bCs/>
              <w:i/>
              <w:iCs/>
            </w:rPr>
            <w:t>ALL’AERO CLUB D’ITALIA</w:t>
          </w:r>
        </w:p>
        <w:p w14:paraId="0BA454E3" w14:textId="77777777" w:rsidR="007830D1" w:rsidRPr="007830D1" w:rsidRDefault="007830D1" w:rsidP="007830D1">
          <w:pPr>
            <w:rPr>
              <w:rFonts w:ascii="Calibri" w:eastAsia="Calibri" w:hAnsi="Calibri" w:cs="Calibri"/>
              <w:i/>
              <w:iCs/>
            </w:rPr>
          </w:pPr>
          <w:r w:rsidRPr="007830D1">
            <w:rPr>
              <w:rFonts w:ascii="Calibri" w:eastAsia="Calibri" w:hAnsi="Calibri" w:cs="Calibri"/>
              <w:i/>
              <w:iCs/>
            </w:rPr>
            <w:t>VIA CESARE BECCARIA, 35/A 00196 ROMA</w:t>
          </w:r>
        </w:p>
        <w:p w14:paraId="3A592DDB" w14:textId="77777777" w:rsidR="007830D1" w:rsidRPr="007830D1" w:rsidRDefault="007830D1" w:rsidP="007830D1">
          <w:pPr>
            <w:rPr>
              <w:rFonts w:ascii="Calibri" w:eastAsia="Calibri" w:hAnsi="Calibri" w:cs="Calibri"/>
            </w:rPr>
          </w:pPr>
        </w:p>
        <w:p w14:paraId="0A40F68A" w14:textId="77777777" w:rsidR="007830D1" w:rsidRPr="007830D1" w:rsidRDefault="007830D1" w:rsidP="007830D1">
          <w:pPr>
            <w:rPr>
              <w:rFonts w:ascii="Calibri" w:eastAsia="Calibri" w:hAnsi="Calibri" w:cs="Calibri"/>
            </w:rPr>
          </w:pPr>
          <w:r w:rsidRPr="007830D1">
            <w:rPr>
              <w:rFonts w:ascii="Calibri" w:eastAsia="Calibri" w:hAnsi="Calibri" w:cs="Calibri"/>
              <w:i/>
              <w:iCs/>
            </w:rPr>
            <w:t>E-Mail: infoaeci@aeroclubitalia.it</w:t>
          </w:r>
        </w:p>
        <w:p w14:paraId="793EC6A6" w14:textId="77777777" w:rsidR="007830D1" w:rsidRPr="007830D1" w:rsidRDefault="007830D1" w:rsidP="007830D1">
          <w:pPr>
            <w:tabs>
              <w:tab w:val="left" w:pos="468"/>
              <w:tab w:val="center" w:pos="4819"/>
              <w:tab w:val="right" w:pos="9638"/>
            </w:tabs>
            <w:rPr>
              <w:rFonts w:ascii="Calibri" w:eastAsia="Calibri" w:hAnsi="Calibri" w:cs="Calibri"/>
            </w:rPr>
          </w:pPr>
          <w:r w:rsidRPr="007830D1">
            <w:rPr>
              <w:rFonts w:ascii="Calibri" w:eastAsia="Calibri" w:hAnsi="Calibri" w:cs="Calibri"/>
              <w:i/>
              <w:iCs/>
            </w:rPr>
            <w:t>PEC: segreteria.aeci@pec.aeci.it</w:t>
          </w:r>
        </w:p>
      </w:tc>
    </w:tr>
    <w:tr w:rsidR="007830D1" w:rsidRPr="007830D1" w14:paraId="2C38759D" w14:textId="77777777" w:rsidTr="00463129">
      <w:trPr>
        <w:trHeight w:val="592"/>
      </w:trPr>
      <w:tc>
        <w:tcPr>
          <w:tcW w:w="6232" w:type="dxa"/>
          <w:gridSpan w:val="3"/>
          <w:vAlign w:val="center"/>
        </w:tcPr>
        <w:p w14:paraId="5ACE0C14" w14:textId="6B6ADD2D" w:rsidR="007830D1" w:rsidRPr="007830D1" w:rsidRDefault="007830D1" w:rsidP="007830D1">
          <w:pPr>
            <w:spacing w:after="60"/>
            <w:jc w:val="center"/>
            <w:rPr>
              <w:rFonts w:ascii="Calibri" w:eastAsia="Calibri" w:hAnsi="Calibri"/>
              <w:bCs/>
              <w:sz w:val="18"/>
              <w:szCs w:val="18"/>
            </w:rPr>
          </w:pPr>
          <w:r w:rsidRPr="007830D1">
            <w:rPr>
              <w:rFonts w:ascii="Calibri" w:eastAsia="Calibri" w:hAnsi="Calibri"/>
              <w:b/>
              <w:sz w:val="24"/>
            </w:rPr>
            <w:t xml:space="preserve">RICHIESTA </w:t>
          </w:r>
          <w:r w:rsidR="00616BE5">
            <w:rPr>
              <w:rFonts w:ascii="Calibri" w:eastAsia="Calibri" w:hAnsi="Calibri"/>
              <w:b/>
              <w:sz w:val="24"/>
            </w:rPr>
            <w:t>DI RINNOVO TESSERE DI GIUDICE SPORTIVO</w:t>
          </w:r>
          <w:r w:rsidRPr="007830D1">
            <w:rPr>
              <w:rFonts w:ascii="Calibri" w:eastAsia="Calibri" w:hAnsi="Calibri"/>
              <w:b/>
              <w:sz w:val="24"/>
            </w:rPr>
            <w:t xml:space="preserve"> </w:t>
          </w:r>
        </w:p>
      </w:tc>
      <w:tc>
        <w:tcPr>
          <w:tcW w:w="3544" w:type="dxa"/>
          <w:vMerge/>
        </w:tcPr>
        <w:p w14:paraId="2DB24CC9" w14:textId="77777777" w:rsidR="007830D1" w:rsidRPr="007830D1" w:rsidRDefault="007830D1" w:rsidP="007830D1">
          <w:pPr>
            <w:tabs>
              <w:tab w:val="center" w:pos="4819"/>
              <w:tab w:val="right" w:pos="9638"/>
            </w:tabs>
            <w:spacing w:after="200"/>
            <w:rPr>
              <w:rFonts w:ascii="Calibri" w:eastAsia="Calibri" w:hAnsi="Calibri"/>
            </w:rPr>
          </w:pPr>
        </w:p>
      </w:tc>
    </w:tr>
  </w:tbl>
  <w:p w14:paraId="7BFD1E33" w14:textId="77777777" w:rsidR="007830D1" w:rsidRDefault="007830D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A318A" w14:textId="77777777" w:rsidR="00D66A11" w:rsidRDefault="00D66A1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93E21D4"/>
    <w:multiLevelType w:val="hybridMultilevel"/>
    <w:tmpl w:val="E0966FE4"/>
    <w:lvl w:ilvl="0" w:tplc="0410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num w:numId="1" w16cid:durableId="1618489873">
    <w:abstractNumId w:val="8"/>
  </w:num>
  <w:num w:numId="2" w16cid:durableId="1688169342">
    <w:abstractNumId w:val="6"/>
  </w:num>
  <w:num w:numId="3" w16cid:durableId="646787248">
    <w:abstractNumId w:val="5"/>
  </w:num>
  <w:num w:numId="4" w16cid:durableId="1735394957">
    <w:abstractNumId w:val="4"/>
  </w:num>
  <w:num w:numId="5" w16cid:durableId="2051106556">
    <w:abstractNumId w:val="7"/>
  </w:num>
  <w:num w:numId="6" w16cid:durableId="1113936801">
    <w:abstractNumId w:val="3"/>
  </w:num>
  <w:num w:numId="7" w16cid:durableId="2133088415">
    <w:abstractNumId w:val="2"/>
  </w:num>
  <w:num w:numId="8" w16cid:durableId="1429346990">
    <w:abstractNumId w:val="1"/>
  </w:num>
  <w:num w:numId="9" w16cid:durableId="304044051">
    <w:abstractNumId w:val="0"/>
  </w:num>
  <w:num w:numId="10" w16cid:durableId="1902667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2911"/>
    <w:rsid w:val="0006063C"/>
    <w:rsid w:val="0015074B"/>
    <w:rsid w:val="001B1A16"/>
    <w:rsid w:val="001F05FA"/>
    <w:rsid w:val="0029639D"/>
    <w:rsid w:val="002E0B69"/>
    <w:rsid w:val="00315AA7"/>
    <w:rsid w:val="00326F90"/>
    <w:rsid w:val="003D5155"/>
    <w:rsid w:val="00616BE5"/>
    <w:rsid w:val="007830D1"/>
    <w:rsid w:val="007E02D9"/>
    <w:rsid w:val="007E5CDD"/>
    <w:rsid w:val="00810AF3"/>
    <w:rsid w:val="00A22B0C"/>
    <w:rsid w:val="00AA1D8D"/>
    <w:rsid w:val="00B47730"/>
    <w:rsid w:val="00CB0664"/>
    <w:rsid w:val="00D66A11"/>
    <w:rsid w:val="00F06D2B"/>
    <w:rsid w:val="00F90CC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2183D4"/>
  <w14:defaultImageDpi w14:val="300"/>
  <w15:docId w15:val="{05D392A3-0A61-465C-9CE5-DB1CF1DB5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0"/>
    </w:pPr>
    <w:rPr>
      <w:rFonts w:ascii="Arial" w:eastAsia="Arial" w:hAnsi="Arial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Grigliatabella1">
    <w:name w:val="Griglia tabella1"/>
    <w:basedOn w:val="Tabellanormale"/>
    <w:next w:val="Grigliatabella"/>
    <w:uiPriority w:val="39"/>
    <w:rsid w:val="007830D1"/>
    <w:pPr>
      <w:spacing w:after="0" w:line="240" w:lineRule="auto"/>
    </w:pPr>
    <w:rPr>
      <w:rFonts w:ascii="Calibri" w:eastAsia="Calibri" w:hAnsi="Calibri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fcardone</cp:lastModifiedBy>
  <cp:revision>9</cp:revision>
  <dcterms:created xsi:type="dcterms:W3CDTF">2013-12-23T23:15:00Z</dcterms:created>
  <dcterms:modified xsi:type="dcterms:W3CDTF">2026-07-21T07:26:00Z</dcterms:modified>
  <cp:category/>
</cp:coreProperties>
</file>